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755009"/>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755009"/>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BREAZA</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4055840</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Str. Principală nr. 345 A, sat Breaza, comuna Breaza, județul Buzău, cod poștal 127105</w:t>
            </w:r>
          </w:p>
          <w:p w14:paraId="4CCF903B" w14:textId="77777777" w:rsidR="007F7E84" w:rsidRDefault="007F7E84">
            <w:pPr>
              <w:keepNext/>
            </w:pPr>
            <w:r>
              <w:t>Tel.: 0238 511 501; Fax: 0238 511 738; E-mail: registratura@primariabreazabz.ro; Web: www.primariabreazabz.ro</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