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BREAZA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Str. Principală nr. 345 A, sat Breaza, comuna Breaza, județul Buzău, cod poștal 127105</w:t>
            </w:r>
          </w:p>
          <w:p w14:paraId="3F728E3B" w14:textId="77777777" w:rsidR="00945CC5" w:rsidRDefault="00945CC5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